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והעלילה של הסיפור הרפתקה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ניחוש וסידור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הקשור ליער ולהרפתקאות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 וחבריה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מוזר וקשה להבנה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אירוע מרגש ולא 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יוצאת עם 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מהגדרת הרפתקה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(אירוע מרגש ולא 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(קשה להבנה)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(כלי או מכונה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(למצוא משהו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הילדים יוצאים לטיול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הולכים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מוצאים מכשיר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מנסים להבין מה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חווים הרפתקה מסתורית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מכשיר דמיוני עם הסבר הגיוני לתכונותיו המסתוריות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יכתבו המשך קצר והגיוני המתאים לעלילת הרפתקה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מכשיר מוזר ומסתורי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קשה להבנה או לא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יצירתי המתאים לעלילה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להקדים את הדף בהצגת היער מהמצגת הפתיחה כדי ליצור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בעצמם מה המכשיר לפני שחושפים את התשובה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הדף מתאים כהכנה לפני קריאת הסיפור המלא בחוברת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מאיה וחברים הולכים לטיול ביער. הם מוצאים שם מכשיר מוזר. בדף הזה נלמד מילים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הרפתקה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מרגש וקצת מפתיע שקורה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מסתורי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שקשה להבין מה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קטן או מכונה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או נסיעה להנאה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שהולכים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צמחים גדולים שגדלים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הולך לטיול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הם מצאו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מפתח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למסתורי?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ברור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מוזר וקשה להבנה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הרפתקה?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אירוע מרגש ולא צפוי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טעימה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 ארוכה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ביער גדלים בעיקר עצים וצמחים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הילדים מוצאים מכשיר רגיל וידוע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יוצאת לטיול לגמרי לבד בלי 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הרפתקה יכולה לכלול גילוי של דברים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וחבריה יצאו לטיול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מצאו מכשיר מוזר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יש הרבה עצים וצמחים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הרפתקה היא אירוע מרגש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למצוא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מסתורי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או מכונה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קשה להבנה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לגלות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מרגש ולא צפוי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חווים הרפתקה מסתורית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יוצאים לטיול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הולכים בין העצים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מוצאים מכשיר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מנסים להבין מה 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מה יכול להיות המכשיר המוזר שמאיה וחבריה מצאו ביער, ולמה הוא מסתורי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המשך קצר לסיפור - מה הילדים יעשו עם המכשיר שמצאו?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מצאו מאיה וחבריה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במילה אחת מה זה מסתורי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אחר אפשרי להרפתקה של הילדים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