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הדמויות והעלילה של הסיפור הרפתקה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ניחוש וסידור 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הקשור ליער ולהרפתקאות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מאיה וחבריה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מכשיר מוזר ומסתורי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המכשיר מוזר ומסתורי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(אירוע מרגש ולא צפוי)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 עם הרבה 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(למצוא משהו 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הילדים יוצאים לטיול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הולכים בין העצים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מוצאים מכשיר מוזר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יתארו מכשיר דמיוני עם הסבר הגיוני לתכונותיו המסתוריות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מכשיר מוזר ומסתורי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קשה להבנה או לא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יצירתי המתאים לעלילה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להקדים את הדף בהצגת היער מהמצגת הפתיחה כדי ליצור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לנחש בעצמם מה המכשיר לפני שחושפים את התשובה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הדף מתאים כהכנה לפני קריאת הסיפור המלא בחוברת התלמיד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הרפתקה ביער יוצאים מאיה וחבריה לטיול ביער, ושם הם מוצאים מכשיר מוזר ומסתורי. בדף הזה נתרגל מילים ורעיונות מהסיפור ונחשוב יחד מה יכול לקרות בהמשך.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יער  ·  יער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יוצא לטיול ביער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מאיה וחבריה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מוצאים הילדים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מכשיר מוזר ומסתורי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מפתח זהב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ביער גדלים בעיקר עצים וצמחים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 הילדים מוצאים מכשיר רגיל וידוע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מאיה וחבריה יצאו לטיול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ב__________ יש הרבה עצים וצמחים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עם הרבה 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למצוא משהו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לגלות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אירוע מרגש ולא צפוי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הולכים בין העצים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מוצאים מכשיר מוזר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הילדים יוצאים לטיול ביער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במילים שלכם מה יכול להיות המכשיר המוזר שמאיה וחבריה מצאו ביער, ולמה הוא מסתורי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מצאו מאיה וחבריה ביער?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במילה אחת מה זה מסתורי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